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2D7" w:rsidRDefault="00946F03" w:rsidP="002772D7">
      <w:pPr>
        <w:pStyle w:val="Heading1"/>
      </w:pPr>
      <w:r>
        <w:t xml:space="preserve"> Pentecost Story Paragraph Plan – Year 6 SEND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</w:tblGrid>
      <w:tr w:rsidR="002772D7" w:rsidTr="002772D7">
        <w:tc>
          <w:tcPr>
            <w:tcW w:w="4428" w:type="dxa"/>
          </w:tcPr>
          <w:p w:rsidR="002772D7" w:rsidRDefault="002772D7" w:rsidP="002772D7">
            <w:pPr>
              <w:pStyle w:val="Heading2"/>
              <w:outlineLvl w:val="1"/>
              <w:rPr>
                <w:sz w:val="32"/>
              </w:rPr>
            </w:pPr>
            <w:r w:rsidRPr="002772D7">
              <w:rPr>
                <w:rFonts w:ascii="Segoe UI Emoji" w:hAnsi="Segoe UI Emoji" w:cs="Segoe UI Emoji"/>
                <w:sz w:val="32"/>
              </w:rPr>
              <w:lastRenderedPageBreak/>
              <w:t>🕍</w:t>
            </w:r>
            <w:r w:rsidRPr="002772D7">
              <w:rPr>
                <w:sz w:val="32"/>
              </w:rPr>
              <w:t xml:space="preserve"> 1. Setting the Scene</w:t>
            </w:r>
          </w:p>
          <w:p w:rsidR="002772D7" w:rsidRPr="002772D7" w:rsidRDefault="002772D7" w:rsidP="002772D7"/>
          <w:p w:rsidR="002772D7" w:rsidRPr="002772D7" w:rsidRDefault="002772D7" w:rsidP="002772D7">
            <w:pPr>
              <w:rPr>
                <w:sz w:val="28"/>
              </w:rPr>
            </w:pPr>
            <w:r w:rsidRPr="002772D7">
              <w:rPr>
                <w:rFonts w:ascii="Segoe UI Emoji" w:hAnsi="Segoe UI Emoji" w:cs="Segoe UI Emoji"/>
                <w:sz w:val="28"/>
              </w:rPr>
              <w:t>👉</w:t>
            </w:r>
            <w:r w:rsidRPr="002772D7">
              <w:rPr>
                <w:sz w:val="28"/>
              </w:rPr>
              <w:t xml:space="preserve"> Where and when does the story happen? Who is there?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It was the festival of Pentecost in Jerusalem.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 disciples were all together in one room.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They were waiting like Jesus had told them.</w:t>
            </w:r>
          </w:p>
          <w:p w:rsidR="002772D7" w:rsidRDefault="002772D7" w:rsidP="002772D7"/>
        </w:tc>
      </w:tr>
      <w:tr w:rsidR="002772D7" w:rsidTr="002772D7">
        <w:tc>
          <w:tcPr>
            <w:tcW w:w="4428" w:type="dxa"/>
          </w:tcPr>
          <w:p w:rsidR="002772D7" w:rsidRDefault="002772D7" w:rsidP="002772D7">
            <w:pPr>
              <w:pStyle w:val="Heading2"/>
              <w:outlineLvl w:val="1"/>
              <w:rPr>
                <w:sz w:val="32"/>
              </w:rPr>
            </w:pPr>
            <w:r w:rsidRPr="002772D7">
              <w:rPr>
                <w:rFonts w:ascii="Segoe UI Emoji" w:hAnsi="Segoe UI Emoji" w:cs="Segoe UI Emoji"/>
                <w:sz w:val="32"/>
              </w:rPr>
              <w:t>🌬</w:t>
            </w:r>
            <w:r w:rsidRPr="002772D7">
              <w:rPr>
                <w:sz w:val="32"/>
              </w:rPr>
              <w:t>️</w:t>
            </w:r>
            <w:r w:rsidRPr="002772D7">
              <w:rPr>
                <w:rFonts w:ascii="Segoe UI Emoji" w:hAnsi="Segoe UI Emoji" w:cs="Segoe UI Emoji"/>
                <w:sz w:val="32"/>
              </w:rPr>
              <w:t>🔥</w:t>
            </w:r>
            <w:r w:rsidRPr="002772D7">
              <w:rPr>
                <w:sz w:val="32"/>
              </w:rPr>
              <w:t xml:space="preserve"> 2. Something Strange Happens</w:t>
            </w:r>
          </w:p>
          <w:p w:rsidR="002772D7" w:rsidRPr="002772D7" w:rsidRDefault="002772D7" w:rsidP="002772D7"/>
          <w:p w:rsidR="002772D7" w:rsidRPr="002772D7" w:rsidRDefault="002772D7" w:rsidP="002772D7">
            <w:pPr>
              <w:rPr>
                <w:sz w:val="28"/>
              </w:rPr>
            </w:pPr>
            <w:r w:rsidRPr="002772D7">
              <w:rPr>
                <w:rFonts w:ascii="Segoe UI Emoji" w:hAnsi="Segoe UI Emoji" w:cs="Segoe UI Emoji"/>
                <w:sz w:val="28"/>
              </w:rPr>
              <w:t>👉</w:t>
            </w:r>
            <w:r w:rsidRPr="002772D7">
              <w:rPr>
                <w:sz w:val="28"/>
              </w:rPr>
              <w:t xml:space="preserve"> What do they hear, see, or feel?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Suddenly, there was a loud noise like a rushing wind.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Flames appeared above each person’s head.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They felt amazed but not afraid.</w:t>
            </w:r>
          </w:p>
          <w:p w:rsidR="002772D7" w:rsidRDefault="002772D7" w:rsidP="002772D7"/>
        </w:tc>
      </w:tr>
      <w:tr w:rsidR="002772D7" w:rsidTr="002772D7">
        <w:tc>
          <w:tcPr>
            <w:tcW w:w="4428" w:type="dxa"/>
          </w:tcPr>
          <w:p w:rsidR="002772D7" w:rsidRDefault="002772D7" w:rsidP="002772D7">
            <w:pPr>
              <w:pStyle w:val="Heading2"/>
              <w:outlineLvl w:val="1"/>
              <w:rPr>
                <w:sz w:val="32"/>
              </w:rPr>
            </w:pPr>
            <w:r w:rsidRPr="002772D7">
              <w:rPr>
                <w:rFonts w:ascii="Segoe UI Emoji" w:hAnsi="Segoe UI Emoji" w:cs="Segoe UI Emoji"/>
                <w:sz w:val="32"/>
              </w:rPr>
              <w:t>🗣</w:t>
            </w:r>
            <w:r w:rsidRPr="002772D7">
              <w:rPr>
                <w:sz w:val="32"/>
              </w:rPr>
              <w:t>️</w:t>
            </w:r>
            <w:r w:rsidRPr="002772D7">
              <w:rPr>
                <w:rFonts w:ascii="Segoe UI Emoji" w:hAnsi="Segoe UI Emoji" w:cs="Segoe UI Emoji"/>
                <w:sz w:val="32"/>
              </w:rPr>
              <w:t>👥</w:t>
            </w:r>
            <w:r w:rsidRPr="002772D7">
              <w:rPr>
                <w:sz w:val="32"/>
              </w:rPr>
              <w:t xml:space="preserve"> 3. The Holy Spirit Comes</w:t>
            </w:r>
          </w:p>
          <w:p w:rsidR="002772D7" w:rsidRPr="002772D7" w:rsidRDefault="002772D7" w:rsidP="002772D7"/>
          <w:p w:rsidR="002772D7" w:rsidRPr="002772D7" w:rsidRDefault="002772D7" w:rsidP="002772D7">
            <w:pPr>
              <w:rPr>
                <w:sz w:val="28"/>
              </w:rPr>
            </w:pPr>
            <w:r w:rsidRPr="002772D7">
              <w:rPr>
                <w:rFonts w:ascii="Segoe UI Emoji" w:hAnsi="Segoe UI Emoji" w:cs="Segoe UI Emoji"/>
                <w:sz w:val="28"/>
              </w:rPr>
              <w:t>👉</w:t>
            </w:r>
            <w:r w:rsidRPr="002772D7">
              <w:rPr>
                <w:sz w:val="28"/>
              </w:rPr>
              <w:t xml:space="preserve"> What changes? What do they do next?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 disciples began speaking in different languages.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They went outside and started talking to the crowd.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People were surprised and didn’t understand how it was possible.</w:t>
            </w:r>
          </w:p>
          <w:p w:rsidR="002772D7" w:rsidRDefault="002772D7" w:rsidP="002772D7"/>
          <w:p w:rsidR="002772D7" w:rsidRDefault="002772D7" w:rsidP="002772D7"/>
          <w:p w:rsidR="002772D7" w:rsidRDefault="002772D7" w:rsidP="002772D7"/>
          <w:p w:rsidR="002772D7" w:rsidRDefault="002772D7" w:rsidP="002772D7"/>
          <w:p w:rsidR="002772D7" w:rsidRDefault="002772D7" w:rsidP="002772D7"/>
          <w:p w:rsidR="002772D7" w:rsidRDefault="002772D7" w:rsidP="002772D7"/>
        </w:tc>
      </w:tr>
      <w:tr w:rsidR="002772D7" w:rsidTr="002772D7">
        <w:tc>
          <w:tcPr>
            <w:tcW w:w="4428" w:type="dxa"/>
          </w:tcPr>
          <w:p w:rsidR="002772D7" w:rsidRDefault="002772D7" w:rsidP="002772D7">
            <w:pPr>
              <w:pStyle w:val="Heading2"/>
              <w:outlineLvl w:val="1"/>
              <w:rPr>
                <w:sz w:val="32"/>
              </w:rPr>
            </w:pPr>
            <w:r w:rsidRPr="002772D7">
              <w:rPr>
                <w:rFonts w:ascii="Calibri" w:hAnsi="Calibri" w:cs="Calibri"/>
                <w:sz w:val="32"/>
              </w:rPr>
              <w:lastRenderedPageBreak/>
              <w:t>🧍</w:t>
            </w:r>
            <w:r w:rsidRPr="002772D7">
              <w:rPr>
                <w:rFonts w:ascii="Segoe UI Emoji" w:hAnsi="Segoe UI Emoji" w:cs="Segoe UI Emoji"/>
                <w:sz w:val="32"/>
              </w:rPr>
              <w:t>📢</w:t>
            </w:r>
            <w:r w:rsidRPr="002772D7">
              <w:rPr>
                <w:sz w:val="32"/>
              </w:rPr>
              <w:t xml:space="preserve"> 4. Peter Speaks to the Crowd</w:t>
            </w:r>
          </w:p>
          <w:p w:rsidR="002772D7" w:rsidRPr="002772D7" w:rsidRDefault="002772D7" w:rsidP="002772D7"/>
          <w:p w:rsidR="002772D7" w:rsidRPr="002772D7" w:rsidRDefault="002772D7" w:rsidP="002772D7">
            <w:pPr>
              <w:rPr>
                <w:sz w:val="28"/>
              </w:rPr>
            </w:pPr>
            <w:r w:rsidRPr="002772D7">
              <w:rPr>
                <w:rFonts w:ascii="Segoe UI Emoji" w:hAnsi="Segoe UI Emoji" w:cs="Segoe UI Emoji"/>
                <w:sz w:val="28"/>
              </w:rPr>
              <w:t>👉</w:t>
            </w:r>
            <w:r w:rsidRPr="002772D7">
              <w:rPr>
                <w:sz w:val="28"/>
              </w:rPr>
              <w:t xml:space="preserve"> What does Peter say? How do people react?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Peter stood up and said, “We are not drunk.”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He told the people about Jesus and the Holy Spirit.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Some people believed him and felt happy.</w:t>
            </w:r>
          </w:p>
          <w:p w:rsidR="002772D7" w:rsidRDefault="002772D7" w:rsidP="002772D7"/>
        </w:tc>
      </w:tr>
      <w:tr w:rsidR="002772D7" w:rsidTr="002772D7">
        <w:tc>
          <w:tcPr>
            <w:tcW w:w="4428" w:type="dxa"/>
          </w:tcPr>
          <w:p w:rsidR="002772D7" w:rsidRDefault="002772D7" w:rsidP="002772D7">
            <w:pPr>
              <w:pStyle w:val="Heading2"/>
              <w:outlineLvl w:val="1"/>
              <w:rPr>
                <w:sz w:val="32"/>
              </w:rPr>
            </w:pPr>
            <w:r w:rsidRPr="002772D7">
              <w:rPr>
                <w:rFonts w:ascii="Segoe UI Emoji" w:hAnsi="Segoe UI Emoji" w:cs="Segoe UI Emoji"/>
                <w:sz w:val="32"/>
              </w:rPr>
              <w:t>❤</w:t>
            </w:r>
            <w:r w:rsidRPr="002772D7">
              <w:rPr>
                <w:sz w:val="32"/>
              </w:rPr>
              <w:t>️</w:t>
            </w:r>
            <w:r w:rsidRPr="002772D7">
              <w:rPr>
                <w:rFonts w:ascii="Segoe UI Emoji" w:hAnsi="Segoe UI Emoji" w:cs="Segoe UI Emoji"/>
                <w:sz w:val="32"/>
              </w:rPr>
              <w:t>🌍</w:t>
            </w:r>
            <w:r w:rsidRPr="002772D7">
              <w:rPr>
                <w:sz w:val="32"/>
              </w:rPr>
              <w:t xml:space="preserve"> 5. The Ending</w:t>
            </w:r>
          </w:p>
          <w:p w:rsidR="002772D7" w:rsidRPr="002772D7" w:rsidRDefault="002772D7" w:rsidP="002772D7"/>
          <w:p w:rsidR="002772D7" w:rsidRPr="002772D7" w:rsidRDefault="002772D7" w:rsidP="002772D7">
            <w:pPr>
              <w:rPr>
                <w:sz w:val="28"/>
              </w:rPr>
            </w:pPr>
            <w:r w:rsidRPr="002772D7">
              <w:rPr>
                <w:rFonts w:ascii="Segoe UI Emoji" w:hAnsi="Segoe UI Emoji" w:cs="Segoe UI Emoji"/>
                <w:sz w:val="28"/>
              </w:rPr>
              <w:t>👉</w:t>
            </w:r>
            <w:r w:rsidRPr="002772D7">
              <w:rPr>
                <w:sz w:val="28"/>
              </w:rPr>
              <w:t xml:space="preserve"> What happens after that?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That day, 3,000 people joined the disciples.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 disciples were no longer afraid.</w:t>
            </w:r>
          </w:p>
          <w:p w:rsidR="002772D7" w:rsidRPr="002772D7" w:rsidRDefault="002772D7" w:rsidP="002772D7">
            <w:pPr>
              <w:pStyle w:val="ListBullet"/>
              <w:rPr>
                <w:sz w:val="28"/>
              </w:rPr>
            </w:pPr>
            <w:r w:rsidRPr="002772D7">
              <w:rPr>
                <w:sz w:val="28"/>
              </w:rPr>
              <w:t>• They went to tell more people about God’s love.</w:t>
            </w:r>
          </w:p>
          <w:p w:rsidR="002772D7" w:rsidRPr="002772D7" w:rsidRDefault="002772D7" w:rsidP="002772D7">
            <w:pPr>
              <w:pStyle w:val="Heading2"/>
              <w:outlineLvl w:val="1"/>
              <w:rPr>
                <w:rFonts w:ascii="Calibri" w:hAnsi="Calibri" w:cs="Calibri"/>
                <w:sz w:val="32"/>
              </w:rPr>
            </w:pPr>
          </w:p>
        </w:tc>
      </w:tr>
      <w:tr w:rsidR="00946F03" w:rsidTr="002772D7">
        <w:tc>
          <w:tcPr>
            <w:tcW w:w="4428" w:type="dxa"/>
          </w:tcPr>
          <w:p w:rsidR="00946F03" w:rsidRDefault="00946F03" w:rsidP="00946F03">
            <w:pPr>
              <w:pStyle w:val="Heading2"/>
              <w:outlineLvl w:val="1"/>
              <w:rPr>
                <w:sz w:val="32"/>
              </w:rPr>
            </w:pPr>
            <w:r w:rsidRPr="002772D7">
              <w:rPr>
                <w:rFonts w:ascii="Segoe UI Emoji" w:hAnsi="Segoe UI Emoji" w:cs="Segoe UI Emoji"/>
                <w:sz w:val="32"/>
              </w:rPr>
              <w:t>🌟</w:t>
            </w:r>
            <w:r w:rsidRPr="002772D7">
              <w:rPr>
                <w:sz w:val="32"/>
              </w:rPr>
              <w:t xml:space="preserve"> Helpful Words:</w:t>
            </w:r>
          </w:p>
          <w:p w:rsidR="00946F03" w:rsidRPr="00946F03" w:rsidRDefault="00946F03" w:rsidP="00946F03">
            <w:bookmarkStart w:id="0" w:name="_GoBack"/>
            <w:bookmarkEnd w:id="0"/>
          </w:p>
          <w:p w:rsidR="00946F03" w:rsidRPr="002772D7" w:rsidRDefault="00946F03" w:rsidP="00946F03">
            <w:pPr>
              <w:rPr>
                <w:sz w:val="28"/>
              </w:rPr>
            </w:pPr>
            <w:r w:rsidRPr="002772D7">
              <w:rPr>
                <w:sz w:val="28"/>
              </w:rPr>
              <w:t>Holy Spirit, flame, rushing wind, crowd, believe, brave, promise, amazed</w:t>
            </w:r>
          </w:p>
          <w:p w:rsidR="00946F03" w:rsidRPr="002772D7" w:rsidRDefault="00946F03" w:rsidP="002772D7">
            <w:pPr>
              <w:pStyle w:val="Heading2"/>
              <w:outlineLvl w:val="1"/>
              <w:rPr>
                <w:rFonts w:ascii="Segoe UI Emoji" w:hAnsi="Segoe UI Emoji" w:cs="Segoe UI Emoji"/>
                <w:sz w:val="32"/>
              </w:rPr>
            </w:pPr>
          </w:p>
        </w:tc>
      </w:tr>
    </w:tbl>
    <w:p w:rsidR="00946F03" w:rsidRPr="002772D7" w:rsidRDefault="00946F03">
      <w:pPr>
        <w:rPr>
          <w:sz w:val="28"/>
        </w:rPr>
      </w:pPr>
    </w:p>
    <w:sectPr w:rsidR="00946F03" w:rsidRPr="002772D7" w:rsidSect="002772D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772D7"/>
    <w:rsid w:val="0029639D"/>
    <w:rsid w:val="00326F90"/>
    <w:rsid w:val="00481B93"/>
    <w:rsid w:val="00946F0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60CB07"/>
  <w14:defaultImageDpi w14:val="300"/>
  <w15:docId w15:val="{822B525B-6747-4D55-949F-E3F57239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E32D10-E412-4940-A8EF-A7D4CC15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Emma Cooper</cp:lastModifiedBy>
  <cp:revision>3</cp:revision>
  <dcterms:created xsi:type="dcterms:W3CDTF">2025-04-30T20:38:00Z</dcterms:created>
  <dcterms:modified xsi:type="dcterms:W3CDTF">2025-04-30T20:39:00Z</dcterms:modified>
  <cp:category/>
</cp:coreProperties>
</file>